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Editable video storyboard</w:t>
      </w:r>
    </w:p>
    <w:p>
      <w:r>
        <w:t>Plan four scenes before production. Replace the bracketed prompts, paste a reference image into each visual panel, and duplicate a scene when you need more. This is a planning record, not approval to publish.</w:t>
      </w:r>
    </w:p>
    <w:p>
      <w:r>
        <w:t>Project [name]    Version [ID]    Owner [name]    Reviewer [name]    Target length [seconds]</w:t>
      </w:r>
    </w:p>
    <w:p>
      <w:r>
        <w:t>Audience [who]    Message [one takeaway]    Format [ratio and placement]    Destination [URL]</w:t>
      </w:r>
    </w:p>
    <w:p>
      <w:pPr>
        <w:pStyle w:val="Heading2"/>
        <w:spacing w:before="160"/>
      </w:pPr>
      <w:r>
        <w:t>Scene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608"/>
        <w:gridCol w:w="10354"/>
      </w:tblGrid>
      <w:tr>
        <w:trPr>
          <w:cantSplit/>
          <w:tblHeader/>
        </w:trPr>
        <w:tc>
          <w:tcPr>
            <w:tcW w:type="dxa" w:w="748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EDF2F8"/>
          </w:tcPr>
          <w:p>
            <w:r>
              <w:rPr>
                <w:b/>
              </w:rPr>
              <w:t>Visual reference</w:t>
            </w:r>
          </w:p>
        </w:tc>
        <w:tc>
          <w:tcPr>
            <w:tcW w:type="dxa" w:w="748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EDF2F8"/>
          </w:tcPr>
          <w:p>
            <w:r>
              <w:rPr>
                <w:b/>
              </w:rPr>
              <w:t>Scene plan</w:t>
            </w:r>
          </w:p>
        </w:tc>
      </w:tr>
      <w:tr>
        <w:trPr>
          <w:cantSplit/>
        </w:trPr>
        <w:tc>
          <w:tcPr>
            <w:tcW w:type="dxa" w:w="748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</w:tcPr>
          <w:p>
            <w:pPr>
              <w:jc w:val="center"/>
            </w:pPr>
            <w:r>
              <w:t>[Paste a sketch or reference image here]</w:t>
            </w:r>
          </w:p>
          <w:p>
            <w:pPr>
              <w:jc w:val="center"/>
            </w:pPr>
            <w:r>
              <w:t>[Label a mockup or conceptual visual clearly]</w:t>
            </w:r>
          </w:p>
        </w:tc>
        <w:tc>
          <w:tcPr>
            <w:tcW w:type="dxa" w:w="748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</w:tcPr>
          <w:p>
            <w:r>
              <w:t>Time [start–end]    Duration [seconds]    Shot [framing or movement]</w:t>
            </w:r>
          </w:p>
          <w:p>
            <w:pPr>
              <w:spacing w:after="80"/>
            </w:pPr>
            <w:r>
              <w:rPr>
                <w:b/>
              </w:rPr>
              <w:t xml:space="preserve">Action  </w:t>
            </w:r>
            <w:r>
              <w:t>[What changes or happens in this scene]</w:t>
            </w:r>
          </w:p>
          <w:p>
            <w:pPr>
              <w:spacing w:after="80"/>
            </w:pPr>
            <w:r>
              <w:rPr>
                <w:b/>
              </w:rPr>
              <w:t xml:space="preserve">Voice and sound  </w:t>
            </w:r>
            <w:r>
              <w:t>[Exact spoken line and any meaningful sound]</w:t>
            </w:r>
          </w:p>
          <w:p>
            <w:pPr>
              <w:spacing w:after="80"/>
            </w:pPr>
            <w:r>
              <w:rPr>
                <w:b/>
              </w:rPr>
              <w:t xml:space="preserve">On screen  </w:t>
            </w:r>
            <w:r>
              <w:t>[Exact text or caption cue]</w:t>
            </w:r>
          </w:p>
          <w:p>
            <w:pPr>
              <w:spacing w:after="80"/>
            </w:pPr>
            <w:r>
              <w:rPr>
                <w:b/>
              </w:rPr>
              <w:t xml:space="preserve">Source  </w:t>
            </w:r>
            <w:r>
              <w:t>[File or reference URL and version supporting product facts]</w:t>
            </w:r>
          </w:p>
          <w:p>
            <w:pPr>
              <w:spacing w:after="80"/>
            </w:pPr>
            <w:r>
              <w:rPr>
                <w:b/>
              </w:rPr>
              <w:t xml:space="preserve">Acceptance  </w:t>
            </w:r>
            <w:r>
              <w:t>[One observable check the finished scene must pass]</w:t>
            </w:r>
          </w:p>
        </w:tc>
      </w:tr>
    </w:tbl>
    <w:p>
      <w:pPr>
        <w:spacing w:after="0" w:before="0" w:line="240" w:lineRule="auto"/>
      </w:pPr>
    </w:p>
    <w:p>
      <w:pPr>
        <w:pStyle w:val="Heading2"/>
        <w:spacing w:before="160"/>
      </w:pPr>
      <w:r>
        <w:t>Scene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608"/>
        <w:gridCol w:w="10354"/>
      </w:tblGrid>
      <w:tr>
        <w:trPr>
          <w:cantSplit/>
          <w:tblHeader/>
        </w:trPr>
        <w:tc>
          <w:tcPr>
            <w:tcW w:type="dxa" w:w="748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EDF2F8"/>
          </w:tcPr>
          <w:p>
            <w:r>
              <w:rPr>
                <w:b/>
              </w:rPr>
              <w:t>Visual reference</w:t>
            </w:r>
          </w:p>
        </w:tc>
        <w:tc>
          <w:tcPr>
            <w:tcW w:type="dxa" w:w="748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EDF2F8"/>
          </w:tcPr>
          <w:p>
            <w:r>
              <w:rPr>
                <w:b/>
              </w:rPr>
              <w:t>Scene plan</w:t>
            </w:r>
          </w:p>
        </w:tc>
      </w:tr>
      <w:tr>
        <w:trPr>
          <w:cantSplit/>
        </w:trPr>
        <w:tc>
          <w:tcPr>
            <w:tcW w:type="dxa" w:w="748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</w:tcPr>
          <w:p>
            <w:pPr>
              <w:jc w:val="center"/>
            </w:pPr>
            <w:r>
              <w:t>[Paste a sketch or reference image here]</w:t>
            </w:r>
          </w:p>
          <w:p>
            <w:pPr>
              <w:jc w:val="center"/>
            </w:pPr>
            <w:r>
              <w:t>[Label a mockup or conceptual visual clearly]</w:t>
            </w:r>
          </w:p>
        </w:tc>
        <w:tc>
          <w:tcPr>
            <w:tcW w:type="dxa" w:w="748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</w:tcPr>
          <w:p>
            <w:r>
              <w:t>Time [start–end]    Duration [seconds]    Shot [framing or movement]</w:t>
            </w:r>
          </w:p>
          <w:p>
            <w:pPr>
              <w:spacing w:after="80"/>
            </w:pPr>
            <w:r>
              <w:rPr>
                <w:b/>
              </w:rPr>
              <w:t xml:space="preserve">Action  </w:t>
            </w:r>
            <w:r>
              <w:t>[What changes or happens in this scene]</w:t>
            </w:r>
          </w:p>
          <w:p>
            <w:pPr>
              <w:spacing w:after="80"/>
            </w:pPr>
            <w:r>
              <w:rPr>
                <w:b/>
              </w:rPr>
              <w:t xml:space="preserve">Voice and sound  </w:t>
            </w:r>
            <w:r>
              <w:t>[Exact spoken line and any meaningful sound]</w:t>
            </w:r>
          </w:p>
          <w:p>
            <w:pPr>
              <w:spacing w:after="80"/>
            </w:pPr>
            <w:r>
              <w:rPr>
                <w:b/>
              </w:rPr>
              <w:t xml:space="preserve">On screen  </w:t>
            </w:r>
            <w:r>
              <w:t>[Exact text or caption cue]</w:t>
            </w:r>
          </w:p>
          <w:p>
            <w:pPr>
              <w:spacing w:after="80"/>
            </w:pPr>
            <w:r>
              <w:rPr>
                <w:b/>
              </w:rPr>
              <w:t xml:space="preserve">Source  </w:t>
            </w:r>
            <w:r>
              <w:t>[File or reference URL and version supporting product facts]</w:t>
            </w:r>
          </w:p>
          <w:p>
            <w:pPr>
              <w:spacing w:after="80"/>
            </w:pPr>
            <w:r>
              <w:rPr>
                <w:b/>
              </w:rPr>
              <w:t xml:space="preserve">Acceptance  </w:t>
            </w:r>
            <w:r>
              <w:t>[One observable check the finished scene must pass]</w:t>
            </w:r>
          </w:p>
        </w:tc>
      </w:tr>
    </w:tbl>
    <w:p>
      <w:pPr>
        <w:spacing w:after="0" w:before="0" w:line="240" w:lineRule="auto"/>
      </w:pPr>
    </w:p>
    <w:p>
      <w:r>
        <w:br w:type="page"/>
      </w:r>
    </w:p>
    <w:p>
      <w:pPr>
        <w:pStyle w:val="Heading1"/>
      </w:pPr>
      <w:r>
        <w:t>Complete the sequence</w:t>
      </w:r>
    </w:p>
    <w:p>
      <w:r>
        <w:t>Project [name]    Version [same ID as page 1]    Total planned duration [seconds]</w:t>
      </w:r>
    </w:p>
    <w:p>
      <w:pPr>
        <w:pStyle w:val="Heading2"/>
        <w:spacing w:before="160"/>
      </w:pPr>
      <w:r>
        <w:t>Scene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608"/>
        <w:gridCol w:w="10354"/>
      </w:tblGrid>
      <w:tr>
        <w:trPr>
          <w:cantSplit/>
          <w:tblHeader/>
        </w:trPr>
        <w:tc>
          <w:tcPr>
            <w:tcW w:type="dxa" w:w="748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EDF2F8"/>
          </w:tcPr>
          <w:p>
            <w:r>
              <w:rPr>
                <w:b/>
              </w:rPr>
              <w:t>Visual reference</w:t>
            </w:r>
          </w:p>
        </w:tc>
        <w:tc>
          <w:tcPr>
            <w:tcW w:type="dxa" w:w="748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EDF2F8"/>
          </w:tcPr>
          <w:p>
            <w:r>
              <w:rPr>
                <w:b/>
              </w:rPr>
              <w:t>Scene plan</w:t>
            </w:r>
          </w:p>
        </w:tc>
      </w:tr>
      <w:tr>
        <w:trPr>
          <w:cantSplit/>
        </w:trPr>
        <w:tc>
          <w:tcPr>
            <w:tcW w:type="dxa" w:w="748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</w:tcPr>
          <w:p>
            <w:pPr>
              <w:jc w:val="center"/>
            </w:pPr>
            <w:r>
              <w:t>[Paste a sketch or reference image here]</w:t>
            </w:r>
          </w:p>
          <w:p>
            <w:pPr>
              <w:jc w:val="center"/>
            </w:pPr>
            <w:r>
              <w:t>[Label a mockup or conceptual visual clearly]</w:t>
            </w:r>
          </w:p>
        </w:tc>
        <w:tc>
          <w:tcPr>
            <w:tcW w:type="dxa" w:w="748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</w:tcPr>
          <w:p>
            <w:r>
              <w:t>Time [start–end]    Duration [seconds]    Shot [framing or movement]</w:t>
            </w:r>
          </w:p>
          <w:p>
            <w:pPr>
              <w:spacing w:after="80"/>
            </w:pPr>
            <w:r>
              <w:rPr>
                <w:b/>
              </w:rPr>
              <w:t xml:space="preserve">Action  </w:t>
            </w:r>
            <w:r>
              <w:t>[What changes or happens in this scene]</w:t>
            </w:r>
          </w:p>
          <w:p>
            <w:pPr>
              <w:spacing w:after="80"/>
            </w:pPr>
            <w:r>
              <w:rPr>
                <w:b/>
              </w:rPr>
              <w:t xml:space="preserve">Voice and sound  </w:t>
            </w:r>
            <w:r>
              <w:t>[Exact spoken line and any meaningful sound]</w:t>
            </w:r>
          </w:p>
          <w:p>
            <w:pPr>
              <w:spacing w:after="80"/>
            </w:pPr>
            <w:r>
              <w:rPr>
                <w:b/>
              </w:rPr>
              <w:t xml:space="preserve">On screen  </w:t>
            </w:r>
            <w:r>
              <w:t>[Exact text or caption cue]</w:t>
            </w:r>
          </w:p>
          <w:p>
            <w:pPr>
              <w:spacing w:after="80"/>
            </w:pPr>
            <w:r>
              <w:rPr>
                <w:b/>
              </w:rPr>
              <w:t xml:space="preserve">Source  </w:t>
            </w:r>
            <w:r>
              <w:t>[File or reference URL and version supporting product facts]</w:t>
            </w:r>
          </w:p>
          <w:p>
            <w:pPr>
              <w:spacing w:after="80"/>
            </w:pPr>
            <w:r>
              <w:rPr>
                <w:b/>
              </w:rPr>
              <w:t xml:space="preserve">Acceptance  </w:t>
            </w:r>
            <w:r>
              <w:t>[One observable check the finished scene must pass]</w:t>
            </w:r>
          </w:p>
        </w:tc>
      </w:tr>
    </w:tbl>
    <w:p>
      <w:pPr>
        <w:spacing w:after="0" w:before="0" w:line="240" w:lineRule="auto"/>
      </w:pPr>
    </w:p>
    <w:p>
      <w:pPr>
        <w:pStyle w:val="Heading2"/>
        <w:spacing w:before="160"/>
      </w:pPr>
      <w:r>
        <w:t>Scene 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608"/>
        <w:gridCol w:w="10354"/>
      </w:tblGrid>
      <w:tr>
        <w:trPr>
          <w:cantSplit/>
          <w:tblHeader/>
        </w:trPr>
        <w:tc>
          <w:tcPr>
            <w:tcW w:type="dxa" w:w="748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EDF2F8"/>
          </w:tcPr>
          <w:p>
            <w:r>
              <w:rPr>
                <w:b/>
              </w:rPr>
              <w:t>Visual reference</w:t>
            </w:r>
          </w:p>
        </w:tc>
        <w:tc>
          <w:tcPr>
            <w:tcW w:type="dxa" w:w="748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  <w:shd w:fill="EDF2F8"/>
          </w:tcPr>
          <w:p>
            <w:r>
              <w:rPr>
                <w:b/>
              </w:rPr>
              <w:t>Scene plan</w:t>
            </w:r>
          </w:p>
        </w:tc>
      </w:tr>
      <w:tr>
        <w:trPr>
          <w:cantSplit/>
        </w:trPr>
        <w:tc>
          <w:tcPr>
            <w:tcW w:type="dxa" w:w="748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</w:tcPr>
          <w:p>
            <w:pPr>
              <w:jc w:val="center"/>
            </w:pPr>
            <w:r>
              <w:t>[Paste a sketch or reference image here]</w:t>
            </w:r>
          </w:p>
          <w:p>
            <w:pPr>
              <w:jc w:val="center"/>
            </w:pPr>
            <w:r>
              <w:t>[Label a mockup or conceptual visual clearly]</w:t>
            </w:r>
          </w:p>
        </w:tc>
        <w:tc>
          <w:tcPr>
            <w:tcW w:type="dxa" w:w="7481"/>
            <w:vAlign w:val="center"/>
            <w:tcMar>
              <w:top w:w="130" w:type="dxa"/>
              <w:left w:w="130" w:type="dxa"/>
              <w:bottom w:w="130" w:type="dxa"/>
              <w:right w:w="130" w:type="dxa"/>
            </w:tcMar>
          </w:tcPr>
          <w:p>
            <w:r>
              <w:t>Time [start–end]    Duration [seconds]    Shot [framing or movement]</w:t>
            </w:r>
          </w:p>
          <w:p>
            <w:pPr>
              <w:spacing w:after="80"/>
            </w:pPr>
            <w:r>
              <w:rPr>
                <w:b/>
              </w:rPr>
              <w:t xml:space="preserve">Action  </w:t>
            </w:r>
            <w:r>
              <w:t>[What changes or happens in this scene]</w:t>
            </w:r>
          </w:p>
          <w:p>
            <w:pPr>
              <w:spacing w:after="80"/>
            </w:pPr>
            <w:r>
              <w:rPr>
                <w:b/>
              </w:rPr>
              <w:t xml:space="preserve">Voice and sound  </w:t>
            </w:r>
            <w:r>
              <w:t>[Exact spoken line and any meaningful sound]</w:t>
            </w:r>
          </w:p>
          <w:p>
            <w:pPr>
              <w:spacing w:after="80"/>
            </w:pPr>
            <w:r>
              <w:rPr>
                <w:b/>
              </w:rPr>
              <w:t xml:space="preserve">On screen  </w:t>
            </w:r>
            <w:r>
              <w:t>[Exact text or caption cue]</w:t>
            </w:r>
          </w:p>
          <w:p>
            <w:pPr>
              <w:spacing w:after="80"/>
            </w:pPr>
            <w:r>
              <w:rPr>
                <w:b/>
              </w:rPr>
              <w:t xml:space="preserve">Source  </w:t>
            </w:r>
            <w:r>
              <w:t>[File or reference URL and version supporting product facts]</w:t>
            </w:r>
          </w:p>
          <w:p>
            <w:pPr>
              <w:spacing w:after="80"/>
            </w:pPr>
            <w:r>
              <w:rPr>
                <w:b/>
              </w:rPr>
              <w:t xml:space="preserve">Acceptance  </w:t>
            </w:r>
            <w:r>
              <w:t>[One observable check the finished scene must pass]</w:t>
            </w:r>
          </w:p>
        </w:tc>
      </w:tr>
    </w:tbl>
    <w:p>
      <w:pPr>
        <w:spacing w:after="0" w:before="0" w:line="240" w:lineRule="auto"/>
      </w:pPr>
    </w:p>
    <w:p>
      <w:pPr>
        <w:pStyle w:val="Heading2"/>
      </w:pPr>
      <w:r>
        <w:t>Review before production</w:t>
      </w:r>
    </w:p>
    <w:p>
      <w:r>
        <w:t>Check timing against a read-aloud, confirm source versions and destination, and list missing references. After editing, check the actual export at phone size with and without sound.</w:t>
      </w:r>
    </w:p>
    <w:p>
      <w:r>
        <w:t>Open items [what and owner]    Decision [ready for production or revise]    Reviewer and date [name and date]</w:t>
      </w:r>
    </w:p>
    <w:sectPr w:rsidR="00FC693F" w:rsidRPr="0006063C" w:rsidSect="00034616">
      <w:footerReference w:type="default" r:id="rId9"/>
      <w:pgSz w:w="16834" w:h="11909" w:orient="landscape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sz w:val="16"/>
      </w:rPr>
      <w:t>Aitoma  |  aitoma.ai/templates/video-storyboard</w:t>
    </w:r>
    <w:r>
      <w:rPr>
        <w:sz w:val="16"/>
      </w:rPr>
      <w:t xml:space="preserve">      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Editable video storyboard</dc:title>
  <dc:subject>Four scene planning worksheet with visual references and review fields</dc:subject>
  <dc:creator>Aitoma</dc:creator>
  <cp:keywords>video storyboard, scene planning, creative review</cp:keywords>
  <dc:description/>
  <cp:lastModifiedBy>Aitoma</cp:lastModifiedBy>
  <cp:revision>1</cp:revision>
  <dcterms:created xsi:type="dcterms:W3CDTF">2013-12-23T23:15:00Z</dcterms:created>
  <dcterms:modified xsi:type="dcterms:W3CDTF">2013-12-23T23:15:00Z</dcterms:modified>
  <cp:category/>
</cp:coreProperties>
</file>